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20"/>
        </w:rPr>
        <w:t>Asmens duomenų tvarkymo taisyklių</w:t>
        <w:br/>
        <w:t>2 priedas</w:t>
      </w:r>
    </w:p>
    <w:p>
      <w:pPr>
        <w:jc w:val="center"/>
      </w:pPr>
      <w:r>
        <w:rPr>
          <w:i/>
          <w:sz w:val="20"/>
        </w:rPr>
        <w:t>(Rekomenduojama duomenų subjekto teisių įgyvendinimo forma)</w:t>
      </w:r>
    </w:p>
    <w:p/>
    <w:p>
      <w:pPr>
        <w:jc w:val="left"/>
      </w:pPr>
      <w:r>
        <w:t>Jonavos Jeronimo Ralio gimnazijos</w:t>
        <w:br/>
        <w:t>direktoriui</w:t>
      </w:r>
    </w:p>
    <w:p>
      <w:pPr>
        <w:jc w:val="center"/>
      </w:pPr>
      <w:r>
        <w:t>_____________________________________________________</w:t>
      </w:r>
    </w:p>
    <w:p>
      <w:pPr>
        <w:jc w:val="center"/>
      </w:pPr>
      <w:r>
        <w:rPr>
          <w:i/>
          <w:sz w:val="18"/>
        </w:rPr>
        <w:t>(duomenų subjekto Vardas Pavardė)</w:t>
      </w:r>
    </w:p>
    <w:p>
      <w:pPr>
        <w:jc w:val="center"/>
      </w:pPr>
      <w:r>
        <w:t>________________________________________________________________________________</w:t>
      </w:r>
    </w:p>
    <w:p>
      <w:pPr>
        <w:jc w:val="center"/>
      </w:pPr>
      <w:r>
        <w:rPr>
          <w:i/>
          <w:sz w:val="18"/>
        </w:rPr>
        <w:t>(adresas ir (ar) kiti kontaktiniai duomenys (telefono ryšio numeris ar el. pašto adresas (nurodoma pareiškėjui pageidaujant)</w:t>
      </w:r>
    </w:p>
    <w:p>
      <w:pPr>
        <w:jc w:val="center"/>
      </w:pPr>
      <w:r>
        <w:t>________________________________________________________________________________</w:t>
      </w:r>
    </w:p>
    <w:p>
      <w:pPr>
        <w:jc w:val="center"/>
      </w:pPr>
      <w:r>
        <w:rPr>
          <w:i/>
          <w:sz w:val="18"/>
        </w:rPr>
        <w:t>(atstovas ir atstovavimo pagrindas, jeigu prašymą pateikia duomenų subjekto atstovas)</w:t>
      </w:r>
    </w:p>
    <w:p/>
    <w:p>
      <w:pPr>
        <w:jc w:val="center"/>
      </w:pPr>
      <w:r>
        <w:rPr>
          <w:b/>
          <w:sz w:val="24"/>
        </w:rPr>
        <w:t>PRAŠYMAS</w:t>
        <w:br/>
        <w:t>ĮGYVENDINTI DUOMENŲ SUBJEKTO TEISĘ (-ES)</w:t>
      </w:r>
    </w:p>
    <w:p>
      <w:pPr>
        <w:jc w:val="center"/>
      </w:pPr>
      <w:r>
        <w:t>20__ m. ___________________ __ d.</w:t>
      </w:r>
    </w:p>
    <w:p>
      <w:pPr>
        <w:jc w:val="center"/>
      </w:pPr>
      <w:r>
        <w:t>Nr. __________</w:t>
      </w:r>
    </w:p>
    <w:p>
      <w:pPr>
        <w:jc w:val="center"/>
      </w:pPr>
      <w:r>
        <w:t>__________________</w:t>
      </w:r>
    </w:p>
    <w:p>
      <w:pPr>
        <w:jc w:val="center"/>
      </w:pPr>
      <w:r>
        <w:rPr>
          <w:i/>
          <w:sz w:val="18"/>
        </w:rPr>
        <w:t>(vieta)</w:t>
      </w:r>
    </w:p>
    <w:p>
      <w:pPr>
        <w:ind w:firstLine="709"/>
        <w:jc w:val="both"/>
      </w:pPr>
      <w:r>
        <w:t>2016 m. balandžio 27 d. Europos Parlamento ir Tarybos reglamentas (ES) 2016/679 dėl fizinių asmenų apsaugos tvarkant asmens duomenis ir dėl laisvo tokių duomenų judėjimo ir kuriuo panaikinama Direktyva 95/46/EB suteikia teisę duomenų subjektui susipažinti su asmens duomenimis. Ši duomenų subjekto prašymo forma yra skirta padėti įstaigai, kaip duomenų valdytojui, įgyvendinti šiame prašyme nurodytas duomenų subjekto teises. Informacija bus pateikta Jums ne vėliau kaip 30 kalendorinių dienų nuo Jūsų raštiškai pateikto prašymo. Šis terminas gali būti pratęstas ne ilgiau kaip dar 2 mėnesiams, atsižvelgiant į prašymo sudėtingumą bei apimtį. Bet kokiu atveju apie termino pratęsimą bei tokio pratęsimo priežastis Jums bus pranešta atskiru pranešimu.</w:t>
      </w:r>
    </w:p>
    <w:p>
      <w:pPr>
        <w:ind w:firstLine="709"/>
      </w:pPr>
      <w:r>
        <w:t>1. Prašau įgyvendinti šią (šias) duomenų subjekto teisę (-es):</w:t>
      </w:r>
    </w:p>
    <w:p>
      <w:r>
        <w:t>(Tinkamą langelį pažymėkite kryželiu):</w:t>
      </w:r>
    </w:p>
    <w:p>
      <w:pPr>
        <w:ind w:left="397"/>
      </w:pPr>
      <w:r>
        <w:t>☐ Teisę gauti informaciją apie duomenų tvarkymą</w:t>
      </w:r>
    </w:p>
    <w:p>
      <w:pPr>
        <w:ind w:left="397"/>
      </w:pPr>
      <w:r>
        <w:t>☐ Teisę susipažinti su duomenimis</w:t>
      </w:r>
    </w:p>
    <w:p>
      <w:pPr>
        <w:ind w:left="397"/>
      </w:pPr>
      <w:r>
        <w:t>☐ Teisę reikalauti ištaisyti duomenis</w:t>
      </w:r>
    </w:p>
    <w:p>
      <w:pPr>
        <w:ind w:left="397"/>
      </w:pPr>
      <w:r>
        <w:t>☐ Teisę reikalauti ištrinti duomenis („teisė būti pamirštam“)</w:t>
      </w:r>
    </w:p>
    <w:p>
      <w:pPr>
        <w:ind w:left="397"/>
      </w:pPr>
      <w:r>
        <w:t>☐ Teisę apriboti duomenų tvarkymą</w:t>
      </w:r>
    </w:p>
    <w:p>
      <w:pPr>
        <w:ind w:left="397"/>
      </w:pPr>
      <w:r>
        <w:t>☐ Teisę į duomenų perkeliamumą</w:t>
      </w:r>
    </w:p>
    <w:p>
      <w:pPr>
        <w:ind w:left="397"/>
      </w:pPr>
      <w:r>
        <w:t>☐ Teisę nesutikti su duomenų tvarkymu</w:t>
      </w:r>
    </w:p>
    <w:p>
      <w:pPr>
        <w:ind w:left="397"/>
      </w:pPr>
      <w:r>
        <w:t>☐ Teisę reikalauti, kad nebūtų taikomas tik automatizuotu duomenų tvarkymu, įskaitant profiliavimą, grindžiamas sprendimas</w:t>
      </w:r>
    </w:p>
    <w:p>
      <w:pPr>
        <w:ind w:firstLine="709"/>
      </w:pPr>
      <w:r>
        <w:t>2. Nurodykite, ko konkrečiai prašote ir pateikite kiek įmanoma daugiau informacijos, kuri leistų tinkamai įgyvendinti Jūsų teisę (-es)</w:t>
      </w:r>
    </w:p>
    <w:p>
      <w:pPr>
        <w:jc w:val="both"/>
      </w:pPr>
      <w:r>
        <w:rPr>
          <w:sz w:val="20"/>
        </w:rPr>
        <w:t>(pavyzdžiui, jeigu norite gauti asmens duomenų kopiją, nurodykite, kokių konkrečiai duomenų (pavyzdžiui, 2025 m. x mėn. x d. elektroninio pašto laiško kopiją; jeigu norite ištaisyti duomenis, nurodykite, kokie konkrečiai Jūsų asmens duomenys yra netikslūs; jeigu nesutinkate, kad būtų tvarkomi Jūsų asmens duomenys, tuomet nurodykite argumentus, kuriais grindžiate savo nesutikimą, nurodykite dėl kokio konkrečiai duomenų tvarkymo nesutinkate; jeigu kreipiatės dėl teisės į duomenų perkeliamumą įgyvendinimo, prašome nurodyti, kokių duomenų atžvilgiu šią teisę pageidaujate įgyvendinti, ar pageidaujate juos perkelti į savo įrenginį ar kitam duomenų valdytojui, jeigu pastarajam, tuomet nurodykite kokiam):</w:t>
      </w:r>
    </w:p>
    <w:p>
      <w:r>
        <w:t>__________________________________________________________________________________________</w:t>
      </w:r>
    </w:p>
    <w:p>
      <w:r>
        <w:t>__________________________________________________________________________________________</w:t>
      </w:r>
    </w:p>
    <w:p>
      <w:r>
        <w:t>__________________________________________________________________________________________</w:t>
      </w:r>
    </w:p>
    <w:p>
      <w:r>
        <w:t>__________________________________________________________________________________________</w:t>
      </w:r>
    </w:p>
    <w:p>
      <w:r>
        <w:t>__________________________________________________________________________________________</w:t>
      </w:r>
    </w:p>
    <w:p>
      <w:r>
        <w:t>__________________________________________________________________________________________</w:t>
      </w:r>
    </w:p>
    <w:p>
      <w:r>
        <w:t>__________________________________________________________________________________________</w:t>
      </w:r>
    </w:p>
    <w:p>
      <w:r>
        <w:t>__________________________________________________________________________________________</w:t>
      </w:r>
    </w:p>
    <w:p>
      <w:r>
        <w:t>Atsakymą pagal prašymą pageidauju gauti:</w:t>
      </w:r>
    </w:p>
    <w:p>
      <w:pPr>
        <w:ind w:left="397"/>
      </w:pPr>
      <w:r>
        <w:t>☐ elektroniniu paštu adresu _______________________________________________</w:t>
      </w:r>
    </w:p>
    <w:p>
      <w:pPr>
        <w:ind w:left="397"/>
      </w:pPr>
      <w:r>
        <w:t>☐ registruotu paštu adresu _________________________________________________</w:t>
      </w:r>
    </w:p>
    <w:p>
      <w:pPr>
        <w:ind w:left="397"/>
      </w:pPr>
      <w:r>
        <w:t>☐ asmeniškai atsiimant įstaigoje</w:t>
      </w:r>
    </w:p>
    <w:p>
      <w:pPr>
        <w:ind w:firstLine="709"/>
        <w:jc w:val="both"/>
      </w:pPr>
      <w:r>
        <w:t>Užpildytą ir pasirašytą formą prašome siųsti info@jralio.lt arba paštu šiuo adresu Žeimių g. 20, LT-55125 Jonava. Prašymai, pateikti elektroniniu paštu, turi būti pasirašyti elektroniniu parašu. Pateikiant prašymą paštu ar per pasiuntinį, kartu reikia pateikti asmens tapatybę patvirtinančio dokumento kopiją, patvirtintą notaro, ar šio dokumento kopiją, patvirtintą kita teisės aktų nustatyta tvarka.</w:t>
      </w:r>
    </w:p>
    <w:p>
      <w:pPr>
        <w:ind w:firstLine="709"/>
      </w:pPr>
      <w:r>
        <w:t>Esu supažindintas, kad detalesnę informaciją apie mano asmens duomenų tvarkymą galiu rasti tinklapyje:</w:t>
      </w:r>
    </w:p>
    <w:p>
      <w:pPr>
        <w:jc w:val="center"/>
      </w:pPr>
      <w:r>
        <w:t>_______________________________________________</w:t>
      </w:r>
    </w:p>
    <w:p>
      <w:pPr>
        <w:jc w:val="center"/>
      </w:pPr>
      <w:r>
        <w:rPr>
          <w:i/>
          <w:sz w:val="18"/>
        </w:rPr>
        <w:t>(Vardas Pavardė, parašas)</w:t>
      </w:r>
    </w:p>
    <w:p/>
    <w:p>
      <w:pPr>
        <w:ind w:firstLine="709"/>
      </w:pPr>
      <w:r>
        <w:t>☐ Asmuo pateikė tapatybę patvirtinantį dokumentą ir (ar) atstovavimą liudijantį dokumentą (pildoma, kai prašymas pateikiamas tiesiogiai).</w:t>
      </w:r>
    </w:p>
    <w:p>
      <w:pPr>
        <w:jc w:val="center"/>
      </w:pPr>
      <w:r>
        <w:t>____________________________________________________________________</w:t>
      </w:r>
    </w:p>
    <w:p>
      <w:pPr>
        <w:jc w:val="center"/>
      </w:pPr>
      <w:r>
        <w:rPr>
          <w:i/>
          <w:sz w:val="18"/>
        </w:rPr>
        <w:t>(Įstaigos darbuotojo Vardas Pavardė, parašas)</w:t>
      </w:r>
    </w:p>
    <w:sectPr w:rsidR="00FC693F" w:rsidRPr="0006063C"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